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</w:pPr>
      <w:r>
        <w:rPr>
          <w:rFonts w:ascii="Calibri" w:hAnsi="Calibri"/>
          <w:b/>
          <w:i w:val="0"/>
          <w:color w:val="333333"/>
          <w:sz w:val="26"/>
        </w:rPr>
        <w:t>[Dein Firmenname]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333333"/>
          <w:sz w:val="22"/>
        </w:rPr>
        <w:t>[Straße Nr.]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333333"/>
          <w:sz w:val="22"/>
        </w:rPr>
        <w:t>[PLZ Ort]</w:t>
      </w:r>
    </w:p>
    <w:p>
      <w:pPr>
        <w:spacing w:before="0" w:after="200"/>
      </w:pPr>
      <w:r>
        <w:rPr>
          <w:rFonts w:ascii="Calibri" w:hAnsi="Calibri"/>
          <w:b w:val="0"/>
          <w:i w:val="0"/>
          <w:color w:val="333333"/>
          <w:sz w:val="22"/>
        </w:rPr>
        <w:t>[Telefon] · [E-Mail] · [Website]</w:t>
      </w:r>
    </w:p>
    <w:p>
      <w:pPr>
        <w:spacing w:before="200" w:after="0"/>
      </w:pPr>
      <w:r>
        <w:rPr>
          <w:rFonts w:ascii="Calibri" w:hAnsi="Calibri"/>
          <w:b w:val="0"/>
          <w:i w:val="0"/>
          <w:color w:val="333333"/>
          <w:sz w:val="22"/>
        </w:rPr>
        <w:t>[Kundenname]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333333"/>
          <w:sz w:val="22"/>
        </w:rPr>
        <w:t>[Straße Nr.]</w:t>
      </w:r>
    </w:p>
    <w:p>
      <w:pPr>
        <w:spacing w:before="0" w:after="200"/>
      </w:pPr>
      <w:r>
        <w:rPr>
          <w:rFonts w:ascii="Calibri" w:hAnsi="Calibri"/>
          <w:b w:val="0"/>
          <w:i w:val="0"/>
          <w:color w:val="333333"/>
          <w:sz w:val="22"/>
        </w:rPr>
        <w:t>[PLZ Ort]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2835"/>
      </w:tblGrid>
      <w:tr>
        <w:tc>
          <w:tcPr>
            <w:tcW w:type="dxa" w:w="4706"/>
            <w:vAlign w:val="center"/>
          </w:tcPr>
          <w:p>
            <w:r>
              <w:rPr>
                <w:sz w:val="22"/>
              </w:rPr>
              <w:t>Angebotsnummer:</w:t>
            </w:r>
          </w:p>
        </w:tc>
        <w:tc>
          <w:tcPr>
            <w:tcW w:type="dxa" w:w="4706"/>
            <w:vAlign w:val="center"/>
          </w:tcPr>
          <w:p>
            <w:r>
              <w:rPr>
                <w:sz w:val="22"/>
              </w:rPr>
              <w:t>[z. B. AN-2026-001]</w:t>
            </w:r>
          </w:p>
        </w:tc>
      </w:tr>
      <w:tr>
        <w:tc>
          <w:tcPr>
            <w:tcW w:type="dxa" w:w="4706"/>
            <w:vAlign w:val="center"/>
          </w:tcPr>
          <w:p>
            <w:r>
              <w:rPr>
                <w:sz w:val="22"/>
              </w:rPr>
              <w:t>Datum:</w:t>
            </w:r>
          </w:p>
        </w:tc>
        <w:tc>
          <w:tcPr>
            <w:tcW w:type="dxa" w:w="4706"/>
            <w:vAlign w:val="center"/>
          </w:tcPr>
          <w:p>
            <w:r>
              <w:rPr>
                <w:sz w:val="22"/>
              </w:rPr>
              <w:t>[TT.MM.JJJJ]</w:t>
            </w:r>
          </w:p>
        </w:tc>
      </w:tr>
      <w:tr>
        <w:tc>
          <w:tcPr>
            <w:tcW w:type="dxa" w:w="4706"/>
            <w:vAlign w:val="center"/>
          </w:tcPr>
          <w:p>
            <w:r>
              <w:rPr>
                <w:sz w:val="22"/>
              </w:rPr>
              <w:t>Gültig bis:</w:t>
            </w:r>
          </w:p>
        </w:tc>
        <w:tc>
          <w:tcPr>
            <w:tcW w:type="dxa" w:w="4706"/>
            <w:vAlign w:val="center"/>
          </w:tcPr>
          <w:p>
            <w:r>
              <w:rPr>
                <w:sz w:val="22"/>
              </w:rPr>
              <w:t>[TT.MM.JJJJ]</w:t>
            </w:r>
          </w:p>
        </w:tc>
      </w:tr>
    </w:tbl>
    <w:p>
      <w:pPr>
        <w:spacing w:before="320" w:after="160"/>
      </w:pPr>
      <w:r>
        <w:rPr>
          <w:rFonts w:ascii="Calibri" w:hAnsi="Calibri"/>
          <w:b/>
          <w:i w:val="0"/>
          <w:color w:val="0C3449"/>
          <w:sz w:val="44"/>
        </w:rPr>
        <w:t>Angebot</w:t>
      </w:r>
    </w:p>
    <w:p>
      <w:pPr>
        <w:spacing w:before="160" w:after="120"/>
      </w:pPr>
      <w:r>
        <w:rPr>
          <w:rFonts w:ascii="Calibri" w:hAnsi="Calibri"/>
          <w:b w:val="0"/>
          <w:i w:val="0"/>
          <w:color w:val="333333"/>
          <w:sz w:val="22"/>
        </w:rPr>
        <w:t>Sehr geehrte(r) [Ansprechpartner],</w:t>
      </w:r>
    </w:p>
    <w:p>
      <w:pPr>
        <w:spacing w:before="0" w:after="200"/>
      </w:pPr>
      <w:r>
        <w:rPr>
          <w:rFonts w:ascii="Calibri" w:hAnsi="Calibri"/>
          <w:b w:val="0"/>
          <w:i w:val="0"/>
          <w:color w:val="333333"/>
          <w:sz w:val="22"/>
        </w:rPr>
        <w:t>vielen Dank für dein Interesse. Gerne unterbreite ich dir folgendes Angebot: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882"/>
        <w:gridCol w:w="1882"/>
        <w:gridCol w:w="1882"/>
        <w:gridCol w:w="1882"/>
        <w:gridCol w:w="1882"/>
      </w:tblGrid>
      <w:tr>
        <w:tc>
          <w:tcPr>
            <w:tcW w:type="dxa" w:w="680"/>
            <w:shd w:val="clear" w:color="auto" w:fill="0C3449"/>
          </w:tcPr>
          <w:p>
            <w:r>
              <w:rPr>
                <w:b/>
                <w:color w:val="FFFFFF"/>
                <w:sz w:val="20"/>
              </w:rPr>
              <w:t>Pos.</w:t>
            </w:r>
          </w:p>
        </w:tc>
        <w:tc>
          <w:tcPr>
            <w:tcW w:type="dxa" w:w="3969"/>
            <w:shd w:val="clear" w:color="auto" w:fill="0C3449"/>
          </w:tcPr>
          <w:p>
            <w:r>
              <w:rPr>
                <w:b/>
                <w:color w:val="FFFFFF"/>
                <w:sz w:val="20"/>
              </w:rPr>
              <w:t>Leistungsbeschreibung</w:t>
            </w:r>
          </w:p>
        </w:tc>
        <w:tc>
          <w:tcPr>
            <w:tcW w:type="dxa" w:w="1020"/>
            <w:shd w:val="clear" w:color="auto" w:fill="0C3449"/>
          </w:tcPr>
          <w:p>
            <w:r>
              <w:rPr>
                <w:b/>
                <w:color w:val="FFFFFF"/>
                <w:sz w:val="20"/>
              </w:rPr>
              <w:t>Menge</w:t>
            </w:r>
          </w:p>
        </w:tc>
        <w:tc>
          <w:tcPr>
            <w:tcW w:type="dxa" w:w="1587"/>
            <w:shd w:val="clear" w:color="auto" w:fill="0C3449"/>
          </w:tcPr>
          <w:p>
            <w:r>
              <w:rPr>
                <w:b/>
                <w:color w:val="FFFFFF"/>
                <w:sz w:val="20"/>
              </w:rPr>
              <w:t>Einzelpreis</w:t>
            </w:r>
          </w:p>
        </w:tc>
        <w:tc>
          <w:tcPr>
            <w:tcW w:type="dxa" w:w="1587"/>
            <w:shd w:val="clear" w:color="auto" w:fill="0C3449"/>
          </w:tcPr>
          <w:p>
            <w:r>
              <w:rPr>
                <w:b/>
                <w:color w:val="FFFFFF"/>
                <w:sz w:val="20"/>
              </w:rPr>
              <w:t>Gesamtpreis</w:t>
            </w:r>
          </w:p>
        </w:tc>
      </w:tr>
      <w:tr>
        <w:tc>
          <w:tcPr>
            <w:tcW w:type="dxa" w:w="680"/>
          </w:tcPr>
          <w:p>
            <w:r>
              <w:rPr>
                <w:color w:val="333333"/>
                <w:sz w:val="20"/>
              </w:rPr>
              <w:t>1</w:t>
            </w:r>
          </w:p>
        </w:tc>
        <w:tc>
          <w:tcPr>
            <w:tcW w:type="dxa" w:w="3969"/>
          </w:tcPr>
          <w:p>
            <w:r>
              <w:rPr>
                <w:color w:val="333333"/>
                <w:sz w:val="20"/>
              </w:rPr>
              <w:t>[Leistung / Produkt beschreiben]</w:t>
            </w:r>
          </w:p>
        </w:tc>
        <w:tc>
          <w:tcPr>
            <w:tcW w:type="dxa" w:w="1020"/>
          </w:tcPr>
          <w:p>
            <w:r>
              <w:rPr>
                <w:color w:val="333333"/>
                <w:sz w:val="20"/>
              </w:rPr>
              <w:t>[1]</w:t>
            </w:r>
          </w:p>
        </w:tc>
        <w:tc>
          <w:tcPr>
            <w:tcW w:type="dxa" w:w="1587"/>
          </w:tcPr>
          <w:p>
            <w:pPr>
              <w:jc w:val="right"/>
            </w:pPr>
            <w:r>
              <w:rPr>
                <w:color w:val="333333"/>
                <w:sz w:val="20"/>
              </w:rPr>
              <w:t>[0,00 €]</w:t>
            </w:r>
          </w:p>
        </w:tc>
        <w:tc>
          <w:tcPr>
            <w:tcW w:type="dxa" w:w="1587"/>
          </w:tcPr>
          <w:p>
            <w:pPr>
              <w:jc w:val="right"/>
            </w:pPr>
            <w:r>
              <w:rPr>
                <w:color w:val="333333"/>
                <w:sz w:val="20"/>
              </w:rPr>
              <w:t>[0,00 €]</w:t>
            </w:r>
          </w:p>
        </w:tc>
      </w:tr>
      <w:tr>
        <w:tc>
          <w:tcPr>
            <w:tcW w:type="dxa" w:w="680"/>
          </w:tcPr>
          <w:p>
            <w:r>
              <w:rPr>
                <w:color w:val="333333"/>
                <w:sz w:val="20"/>
              </w:rPr>
              <w:t>2</w:t>
            </w:r>
          </w:p>
        </w:tc>
        <w:tc>
          <w:tcPr>
            <w:tcW w:type="dxa" w:w="3969"/>
          </w:tcPr>
          <w:p>
            <w:r>
              <w:rPr>
                <w:color w:val="333333"/>
                <w:sz w:val="20"/>
              </w:rPr>
              <w:t>[Leistung / Produkt beschreiben]</w:t>
            </w:r>
          </w:p>
        </w:tc>
        <w:tc>
          <w:tcPr>
            <w:tcW w:type="dxa" w:w="1020"/>
          </w:tcPr>
          <w:p>
            <w:r>
              <w:rPr>
                <w:color w:val="333333"/>
                <w:sz w:val="20"/>
              </w:rPr>
              <w:t>[1]</w:t>
            </w:r>
          </w:p>
        </w:tc>
        <w:tc>
          <w:tcPr>
            <w:tcW w:type="dxa" w:w="1587"/>
          </w:tcPr>
          <w:p>
            <w:pPr>
              <w:jc w:val="right"/>
            </w:pPr>
            <w:r>
              <w:rPr>
                <w:color w:val="333333"/>
                <w:sz w:val="20"/>
              </w:rPr>
              <w:t>[0,00 €]</w:t>
            </w:r>
          </w:p>
        </w:tc>
        <w:tc>
          <w:tcPr>
            <w:tcW w:type="dxa" w:w="1587"/>
          </w:tcPr>
          <w:p>
            <w:pPr>
              <w:jc w:val="right"/>
            </w:pPr>
            <w:r>
              <w:rPr>
                <w:color w:val="333333"/>
                <w:sz w:val="20"/>
              </w:rPr>
              <w:t>[0,00 €]</w:t>
            </w:r>
          </w:p>
        </w:tc>
      </w:tr>
      <w:tr>
        <w:tc>
          <w:tcPr>
            <w:tcW w:type="dxa" w:w="680"/>
          </w:tcPr>
          <w:p>
            <w:r>
              <w:rPr>
                <w:color w:val="333333"/>
                <w:sz w:val="20"/>
              </w:rPr>
              <w:t>3</w:t>
            </w:r>
          </w:p>
        </w:tc>
        <w:tc>
          <w:tcPr>
            <w:tcW w:type="dxa" w:w="3969"/>
          </w:tcPr>
          <w:p>
            <w:r>
              <w:rPr>
                <w:color w:val="333333"/>
                <w:sz w:val="20"/>
              </w:rPr>
              <w:t>[Leistung / Produkt beschreiben]</w:t>
            </w:r>
          </w:p>
        </w:tc>
        <w:tc>
          <w:tcPr>
            <w:tcW w:type="dxa" w:w="1020"/>
          </w:tcPr>
          <w:p>
            <w:r>
              <w:rPr>
                <w:color w:val="333333"/>
                <w:sz w:val="20"/>
              </w:rPr>
              <w:t>[1]</w:t>
            </w:r>
          </w:p>
        </w:tc>
        <w:tc>
          <w:tcPr>
            <w:tcW w:type="dxa" w:w="1587"/>
          </w:tcPr>
          <w:p>
            <w:pPr>
              <w:jc w:val="right"/>
            </w:pPr>
            <w:r>
              <w:rPr>
                <w:color w:val="333333"/>
                <w:sz w:val="20"/>
              </w:rPr>
              <w:t>[0,00 €]</w:t>
            </w:r>
          </w:p>
        </w:tc>
        <w:tc>
          <w:tcPr>
            <w:tcW w:type="dxa" w:w="1587"/>
          </w:tcPr>
          <w:p>
            <w:pPr>
              <w:jc w:val="right"/>
            </w:pPr>
            <w:r>
              <w:rPr>
                <w:color w:val="333333"/>
                <w:sz w:val="20"/>
              </w:rPr>
              <w:t>[0,00 €]</w:t>
            </w: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7257"/>
          </w:tcPr>
          <w:p>
            <w:pPr>
              <w:jc w:val="right"/>
            </w:pPr>
            <w:r>
              <w:rPr>
                <w:b/>
                <w:color w:val="333333"/>
                <w:sz w:val="21"/>
              </w:rPr>
              <w:t>Gesamtbetrag:</w:t>
            </w:r>
          </w:p>
        </w:tc>
        <w:tc>
          <w:tcPr>
            <w:tcW w:type="dxa" w:w="1587"/>
          </w:tcPr>
          <w:p>
            <w:pPr>
              <w:jc w:val="right"/>
            </w:pPr>
            <w:r>
              <w:rPr>
                <w:b/>
                <w:color w:val="333333"/>
                <w:sz w:val="21"/>
              </w:rPr>
              <w:t>[0,00 €]</w:t>
            </w:r>
          </w:p>
        </w:tc>
      </w:tr>
    </w:tbl>
    <w:p>
      <w:pPr>
        <w:spacing w:before="160" w:after="200"/>
      </w:pPr>
      <w:r>
        <w:rPr>
          <w:rFonts w:ascii="Calibri" w:hAnsi="Calibri"/>
          <w:b w:val="0"/>
          <w:i/>
          <w:color w:val="333333"/>
          <w:sz w:val="20"/>
        </w:rPr>
        <w:t>Gemäß § 19 UStG wird als Kleinunternehmer keine Umsatzsteuer berechnet.</w:t>
      </w:r>
    </w:p>
    <w:p>
      <w:pPr>
        <w:spacing w:before="200" w:after="200"/>
      </w:pPr>
      <w:r>
        <w:rPr>
          <w:rFonts w:ascii="Calibri" w:hAnsi="Calibri"/>
          <w:b w:val="0"/>
          <w:i w:val="0"/>
          <w:color w:val="333333"/>
          <w:sz w:val="22"/>
        </w:rPr>
        <w:t>Dieses Angebot ist freibleibend und bis zum oben genannten Datum gültig.</w:t>
      </w:r>
    </w:p>
    <w:p>
      <w:pPr>
        <w:spacing w:before="120" w:after="0"/>
      </w:pPr>
      <w:r>
        <w:rPr>
          <w:rFonts w:ascii="Calibri" w:hAnsi="Calibri"/>
          <w:b w:val="0"/>
          <w:i w:val="0"/>
          <w:color w:val="333333"/>
          <w:sz w:val="22"/>
        </w:rPr>
        <w:t>Für Rückfragen stehe ich dir gerne zur Verfügung.</w:t>
      </w:r>
    </w:p>
    <w:p>
      <w:pPr>
        <w:spacing w:before="120" w:after="0"/>
      </w:pPr>
      <w:r>
        <w:rPr>
          <w:rFonts w:ascii="Calibri" w:hAnsi="Calibri"/>
          <w:b w:val="0"/>
          <w:i w:val="0"/>
          <w:color w:val="333333"/>
          <w:sz w:val="22"/>
        </w:rPr>
        <w:t>Mit freundlichen Grüßen</w:t>
      </w:r>
    </w:p>
    <w:p>
      <w:pPr>
        <w:spacing w:before="200" w:after="320"/>
      </w:pPr>
      <w:r>
        <w:rPr>
          <w:rFonts w:ascii="Calibri" w:hAnsi="Calibri"/>
          <w:b w:val="0"/>
          <w:i w:val="0"/>
          <w:color w:val="333333"/>
          <w:sz w:val="22"/>
        </w:rPr>
        <w:t>[Dein Name]</w:t>
      </w:r>
    </w:p>
    <w:p>
      <w:pPr>
        <w:spacing w:before="400"/>
        <w:pBdr>
          <w:top w:val="single" w:sz="4" w:space="4" w:color="E8E6E4"/>
        </w:pBdr>
      </w:pPr>
      <w:r>
        <w:rPr>
          <w:color w:val="666666"/>
          <w:sz w:val="16"/>
        </w:rPr>
        <w:t>[Firmensitz] · [Registergericht/-nummer, falls vorhanden] · [Steuernummer/USt-IdNr.] · [Bankverbindung]</w:t>
      </w:r>
    </w:p>
    <w:p>
      <w:pPr>
        <w:spacing w:before="80" w:after="0"/>
      </w:pPr>
      <w:r>
        <w:rPr>
          <w:rFonts w:ascii="Calibri" w:hAnsi="Calibri"/>
          <w:b w:val="0"/>
          <w:i w:val="0"/>
          <w:color w:val="999999"/>
          <w:sz w:val="16"/>
        </w:rPr>
        <w:t>Kostenlose Angebotsvorlage von FastBill — fastbill.com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